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051560" cy="87129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s(5)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51560" cy="87129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  <w:jc w:val="center"/>
      </w:pPr>
      <w:r>
        <w:rPr>
          <w:color w:val="006699"/>
        </w:rPr>
        <w:t>Earth Care Job Worksheet</w:t>
      </w:r>
    </w:p>
    <w:p>
      <w:pPr>
        <w:jc w:val="center"/>
      </w:pPr>
      <w:r>
        <w:t>One worksheet per job • Record important details, customer requests, materials, and follow-up items.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400"/>
        <w:gridCol w:w="5400"/>
      </w:tblGrid>
      <w:tr>
        <w:tc>
          <w:tcPr>
            <w:tcW w:type="dxa" w:w="5400"/>
          </w:tcPr>
          <w:p>
            <w:r>
              <w:t>Customer Name: __________________________________________</w:t>
            </w:r>
          </w:p>
        </w:tc>
        <w:tc>
          <w:tcPr>
            <w:tcW w:type="dxa" w:w="5400"/>
          </w:tcPr>
          <w:p>
            <w:r>
              <w:t>Job Number: __________________________</w:t>
            </w:r>
          </w:p>
        </w:tc>
      </w:tr>
      <w:tr>
        <w:tc>
          <w:tcPr>
            <w:tcW w:type="dxa" w:w="5400"/>
          </w:tcPr>
          <w:p>
            <w:r>
              <w:t>Service Address: __________________________________________</w:t>
            </w:r>
          </w:p>
        </w:tc>
        <w:tc>
          <w:tcPr>
            <w:tcW w:type="dxa" w:w="5400"/>
          </w:tcPr>
          <w:p>
            <w:r>
              <w:t>Date: __________________________</w:t>
            </w:r>
          </w:p>
        </w:tc>
      </w:tr>
      <w:tr>
        <w:tc>
          <w:tcPr>
            <w:tcW w:type="dxa" w:w="5400"/>
          </w:tcPr>
          <w:p>
            <w:r>
              <w:t>Service Type: __________________________________________</w:t>
            </w:r>
          </w:p>
        </w:tc>
        <w:tc>
          <w:tcPr>
            <w:tcW w:type="dxa" w:w="5400"/>
          </w:tcPr>
          <w:p>
            <w:r>
              <w:t>Technician: __________________________</w:t>
            </w:r>
          </w:p>
        </w:tc>
      </w:tr>
      <w:tr>
        <w:tc>
          <w:tcPr>
            <w:tcW w:type="dxa" w:w="5400"/>
          </w:tcPr>
          <w:p>
            <w:r>
              <w:t>Customer Phone: __________________________________________</w:t>
            </w:r>
          </w:p>
        </w:tc>
        <w:tc>
          <w:tcPr>
            <w:tcW w:type="dxa" w:w="5400"/>
          </w:tcPr>
          <w:p>
            <w:r>
              <w:t>Arrival / Departure Time: __________________________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  <w:shd w:fill="1F4E79"/>
          </w:tcPr>
          <w:p>
            <w:r>
              <w:rPr>
                <w:b/>
                <w:color w:val="FFFFFF"/>
              </w:rPr>
              <w:t>Scope of Work / Customer Request</w:t>
            </w:r>
          </w:p>
        </w:tc>
      </w:tr>
    </w:tbl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  <w:shd w:fill="1F4E79"/>
          </w:tcPr>
          <w:p>
            <w:r>
              <w:rPr>
                <w:b/>
                <w:color w:val="FFFFFF"/>
              </w:rPr>
              <w:t>Detailed Job Notes</w:t>
            </w:r>
          </w:p>
        </w:tc>
      </w:tr>
    </w:tbl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  <w:shd w:fill="1F4E79"/>
          </w:tcPr>
          <w:p>
            <w:r>
              <w:rPr>
                <w:b/>
                <w:color w:val="FFFFFF"/>
              </w:rPr>
              <w:t>Materials &amp; Parts Used</w:t>
            </w:r>
          </w:p>
        </w:tc>
      </w:tr>
    </w:tbl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  <w:shd w:fill="1F4E79"/>
          </w:tcPr>
          <w:p>
            <w:r>
              <w:rPr>
                <w:b/>
                <w:color w:val="FFFFFF"/>
              </w:rPr>
              <w:t>Customer Requests / Change Orders</w:t>
            </w:r>
          </w:p>
        </w:tc>
      </w:tr>
    </w:tbl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  <w:shd w:fill="1F4E79"/>
          </w:tcPr>
          <w:p>
            <w:r>
              <w:rPr>
                <w:b/>
                <w:color w:val="FFFFFF"/>
              </w:rPr>
              <w:t>Follow-Up Items</w:t>
            </w:r>
          </w:p>
        </w:tc>
      </w:tr>
    </w:tbl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400"/>
        <w:gridCol w:w="5400"/>
      </w:tblGrid>
      <w:tr>
        <w:tc>
          <w:tcPr>
            <w:tcW w:type="dxa" w:w="5400"/>
          </w:tcPr>
          <w:p>
            <w:r>
              <w:t>Job Outcome</w:t>
            </w:r>
          </w:p>
        </w:tc>
        <w:tc>
          <w:tcPr>
            <w:tcW w:type="dxa" w:w="5400"/>
          </w:tcPr>
          <w:p>
            <w:r>
              <w:t>Amount Collected</w:t>
            </w:r>
          </w:p>
        </w:tc>
      </w:tr>
      <w:tr>
        <w:tc>
          <w:tcPr>
            <w:tcW w:type="dxa" w:w="5400"/>
          </w:tcPr>
          <w:p>
            <w:r>
              <w:t>Customer Signature (Optional)</w:t>
            </w:r>
          </w:p>
        </w:tc>
        <w:tc>
          <w:tcPr>
            <w:tcW w:type="dxa" w:w="5400"/>
          </w:tcPr>
          <w:p>
            <w:r>
              <w:t>Technician Signature</w:t>
            </w:r>
          </w:p>
        </w:tc>
      </w:tr>
    </w:tbl>
    <w:sectPr w:rsidR="00FC693F" w:rsidRPr="0006063C" w:rsidSect="00034616">
      <w:pgSz w:w="12240" w:h="15840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